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8CCE6" w14:textId="77777777" w:rsidR="00C33D49" w:rsidRDefault="00000000">
      <w:pPr>
        <w:spacing w:after="40" w:line="240" w:lineRule="auto"/>
        <w:jc w:val="center"/>
        <w:rPr>
          <w:rFonts w:ascii="Arial" w:eastAsia="Arial" w:hAnsi="Arial" w:cs="Arial"/>
          <w:b/>
          <w:bCs/>
          <w:color w:val="28166F"/>
          <w:sz w:val="44"/>
          <w:szCs w:val="44"/>
        </w:rPr>
      </w:pPr>
      <w:r>
        <w:rPr>
          <w:rFonts w:ascii="Arial" w:eastAsia="Arial" w:hAnsi="Arial" w:cs="Arial"/>
          <w:b/>
          <w:bCs/>
          <w:noProof/>
          <w:color w:val="28166F"/>
          <w:sz w:val="44"/>
          <w:szCs w:val="44"/>
        </w:rPr>
        <w:drawing>
          <wp:inline distT="0" distB="0" distL="0" distR="0" wp14:anchorId="5A0166FC" wp14:editId="02D8C145">
            <wp:extent cx="2118264" cy="1200772"/>
            <wp:effectExtent l="0" t="0" r="0" b="0"/>
            <wp:docPr id="198498542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264" cy="12007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996F1D" w14:textId="77777777" w:rsidR="00C33D49" w:rsidRDefault="00000000">
      <w:pPr>
        <w:spacing w:before="20" w:after="2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bCs/>
          <w:color w:val="28166F"/>
          <w:sz w:val="44"/>
          <w:szCs w:val="44"/>
        </w:rPr>
        <w:t>North Creek High School PTSA ROSTER 2026-2027</w:t>
      </w:r>
    </w:p>
    <w:p w14:paraId="1A48AA64" w14:textId="733DD62E" w:rsidR="00C33D49" w:rsidRDefault="00000000">
      <w:pPr>
        <w:spacing w:after="100" w:line="240" w:lineRule="auto"/>
        <w:jc w:val="center"/>
        <w:rPr>
          <w:sz w:val="32"/>
          <w:szCs w:val="32"/>
        </w:rPr>
      </w:pPr>
      <w:r>
        <w:rPr>
          <w:rFonts w:ascii="Arial" w:eastAsia="Arial" w:hAnsi="Arial" w:cs="Arial"/>
          <w:color w:val="39B927"/>
          <w:sz w:val="21"/>
          <w:szCs w:val="21"/>
        </w:rPr>
        <w:t xml:space="preserve">Updated </w:t>
      </w:r>
      <w:r w:rsidR="005455D5">
        <w:rPr>
          <w:rFonts w:ascii="Arial" w:eastAsia="Arial" w:hAnsi="Arial" w:cs="Arial"/>
          <w:color w:val="39B927"/>
          <w:sz w:val="21"/>
          <w:szCs w:val="21"/>
        </w:rPr>
        <w:t>10</w:t>
      </w:r>
      <w:r>
        <w:rPr>
          <w:rFonts w:ascii="Arial" w:eastAsia="Arial" w:hAnsi="Arial" w:cs="Arial"/>
          <w:color w:val="39B927"/>
          <w:sz w:val="21"/>
          <w:szCs w:val="21"/>
        </w:rPr>
        <w:t>/2026</w:t>
      </w:r>
    </w:p>
    <w:tbl>
      <w:tblPr>
        <w:tblStyle w:val="a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6CDEBA8F" w14:textId="77777777" w:rsidTr="00A74BF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BD85BB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Executive Committee</w:t>
            </w: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br/>
              <w:t>(Elected Officers)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C05B1C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74048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C33D49" w14:paraId="61292CBD" w14:textId="77777777" w:rsidTr="00A74BF5">
        <w:trPr>
          <w:trHeight w:val="592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A7E20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Co-Presidents: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971DE7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Monisha Jayaprakash</w:t>
            </w: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br/>
              <w:t xml:space="preserve">Monika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Logamwar</w:t>
            </w:r>
            <w:proofErr w:type="spellEnd"/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630E5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president@northcreekptsa.com</w:t>
            </w:r>
          </w:p>
        </w:tc>
      </w:tr>
      <w:tr w:rsidR="00C33D49" w14:paraId="31BB6EAC" w14:textId="77777777" w:rsidTr="00066692">
        <w:trPr>
          <w:trHeight w:val="41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3A63D6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Vice President: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8E8418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56E40D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  <w:tr w:rsidR="00A74BF5" w14:paraId="33ABA1D1" w14:textId="77777777" w:rsidTr="00066692">
        <w:trPr>
          <w:trHeight w:val="377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7D7584D" w14:textId="62EB3202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Treasurer: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B6342B6" w14:textId="73EA6A30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222222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Sreeni Gorthi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031790" w14:textId="02F8B01F" w:rsidR="00A74BF5" w:rsidRDefault="00A74BF5" w:rsidP="00A74BF5">
            <w:pPr>
              <w:spacing w:after="0" w:line="240" w:lineRule="auto"/>
              <w:rPr>
                <w:rFonts w:ascii="Arial" w:eastAsia="Arial" w:hAnsi="Arial" w:cs="Arial"/>
                <w:color w:val="30256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treasurer@northcreekptsa.com</w:t>
            </w:r>
          </w:p>
        </w:tc>
      </w:tr>
      <w:tr w:rsidR="00A74BF5" w14:paraId="0E211A0A" w14:textId="77777777" w:rsidTr="00A74BF5">
        <w:trPr>
          <w:trHeight w:val="309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BB1868" w14:textId="634E34F9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Co-Secretaries: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3A44418" w14:textId="6F38ACB4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Han Wexler</w:t>
            </w: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br/>
              <w:t xml:space="preserve">Dhara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Rajagopala</w:t>
            </w:r>
            <w:proofErr w:type="spellEnd"/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FD51F5D" w14:textId="615470DA" w:rsidR="00A74BF5" w:rsidRDefault="00A74BF5" w:rsidP="00A74BF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secretary@northcreekptsa.com</w:t>
            </w:r>
          </w:p>
        </w:tc>
      </w:tr>
    </w:tbl>
    <w:p w14:paraId="26F0B0A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0"/>
        <w:tblW w:w="11188" w:type="dxa"/>
        <w:jc w:val="center"/>
        <w:tblLayout w:type="fixed"/>
        <w:tblLook w:val="0400" w:firstRow="0" w:lastRow="0" w:firstColumn="0" w:lastColumn="0" w:noHBand="0" w:noVBand="1"/>
      </w:tblPr>
      <w:tblGrid>
        <w:gridCol w:w="3514"/>
        <w:gridCol w:w="2869"/>
        <w:gridCol w:w="4805"/>
      </w:tblGrid>
      <w:tr w:rsidR="00C33D49" w14:paraId="74380968" w14:textId="77777777">
        <w:trPr>
          <w:trHeight w:val="518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AB5A0ED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Standing Committee Chairs </w:t>
            </w:r>
          </w:p>
          <w:p w14:paraId="24EB8F0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board members)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DA947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3025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DCD42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4A2954B7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CDCFF9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Advocacy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6B03A3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1B6BACF" w14:textId="4B64DF51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7" w:history="1">
              <w:r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25669C62" w14:textId="77777777">
        <w:trPr>
          <w:trHeight w:val="36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A3CF31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Membership Chair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50550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Ashley Watts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DDBD42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membership@northcreekptsa.com</w:t>
            </w:r>
          </w:p>
        </w:tc>
      </w:tr>
      <w:tr w:rsidR="00674DA5" w14:paraId="16164C57" w14:textId="77777777">
        <w:trPr>
          <w:trHeight w:val="335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8A28B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NCHS/Skyview PTSA Food Pantry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4857B6" w14:textId="7C55B105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Melissa Kline 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1599E2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nchs.sms.foodpantry@gmail.com</w:t>
            </w:r>
          </w:p>
        </w:tc>
      </w:tr>
      <w:tr w:rsidR="00674DA5" w14:paraId="60DB99BF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7B623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Staff Appreciation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73FC86" w14:textId="6694888D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Meera Venkatesan &amp; Chandrika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Pallakonda</w:t>
            </w:r>
            <w:proofErr w:type="spellEnd"/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4AB760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staffappreciation@northcreekptsa.com</w:t>
            </w:r>
          </w:p>
        </w:tc>
      </w:tr>
      <w:tr w:rsidR="00674DA5" w14:paraId="51845FD2" w14:textId="77777777">
        <w:trPr>
          <w:trHeight w:val="396"/>
          <w:jc w:val="center"/>
        </w:trPr>
        <w:tc>
          <w:tcPr>
            <w:tcW w:w="351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A61EDC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Newsletter &amp; Website</w:t>
            </w:r>
          </w:p>
        </w:tc>
        <w:tc>
          <w:tcPr>
            <w:tcW w:w="2869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6FABC07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</w:p>
        </w:tc>
        <w:tc>
          <w:tcPr>
            <w:tcW w:w="4805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0C5E25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vpcoms@northcreekptsa.com</w:t>
            </w:r>
          </w:p>
        </w:tc>
      </w:tr>
    </w:tbl>
    <w:p w14:paraId="5E5CE5D6" w14:textId="77777777" w:rsidR="00C33D49" w:rsidRDefault="00C33D49">
      <w:pPr>
        <w:spacing w:after="20" w:line="168" w:lineRule="auto"/>
        <w:rPr>
          <w:sz w:val="32"/>
          <w:szCs w:val="32"/>
        </w:rPr>
      </w:pPr>
    </w:p>
    <w:tbl>
      <w:tblPr>
        <w:tblStyle w:val="a1"/>
        <w:tblW w:w="11231" w:type="dxa"/>
        <w:jc w:val="center"/>
        <w:tblLayout w:type="fixed"/>
        <w:tblLook w:val="0400" w:firstRow="0" w:lastRow="0" w:firstColumn="0" w:lastColumn="0" w:noHBand="0" w:noVBand="1"/>
      </w:tblPr>
      <w:tblGrid>
        <w:gridCol w:w="3527"/>
        <w:gridCol w:w="2880"/>
        <w:gridCol w:w="4824"/>
      </w:tblGrid>
      <w:tr w:rsidR="00C33D49" w14:paraId="3453C8B1" w14:textId="77777777" w:rsidTr="00674DA5">
        <w:trPr>
          <w:trHeight w:val="518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EA27D2" w14:textId="77777777" w:rsidR="00C33D49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 xml:space="preserve">Ad Hoc Committee Chairs  </w:t>
            </w:r>
          </w:p>
          <w:p w14:paraId="2E067E67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(appointed non-board members)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2C0A76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28166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9A30EE" w14:textId="77777777" w:rsidR="00C33D49" w:rsidRDefault="00000000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Email</w:t>
            </w:r>
          </w:p>
        </w:tc>
      </w:tr>
      <w:tr w:rsidR="00674DA5" w14:paraId="76A01BCD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D470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Financial Review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97A79F6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A5D317" w14:textId="35355274" w:rsidR="00674DA5" w:rsidRPr="00674DA5" w:rsidRDefault="00674DA5" w:rsidP="00674DA5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hyperlink r:id="rId8" w:history="1">
              <w:r w:rsidRPr="00301B63">
                <w:rPr>
                  <w:rStyle w:val="Hyperlink"/>
                  <w:rFonts w:ascii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B8DD277" w14:textId="77777777" w:rsidTr="00674DA5">
        <w:trPr>
          <w:trHeight w:val="415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5790BD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Grants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5899DE" w14:textId="61AFFD28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Board Members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313D98D" w14:textId="6F065C76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jaguars@northcreekptsa.com</w:t>
            </w:r>
          </w:p>
        </w:tc>
      </w:tr>
      <w:tr w:rsidR="00674DA5" w14:paraId="7BEC8791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CFC3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Intercultural Festival PTSA Rep.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85F5EF" w14:textId="378FC27F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Barby Taheri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38D268" w14:textId="61C0EA58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hyperlink r:id="rId9" w:history="1">
              <w:r w:rsidRPr="00301B63">
                <w:rPr>
                  <w:rStyle w:val="Hyperlink"/>
                  <w:rFonts w:ascii="Arial" w:eastAsia="Arial" w:hAnsi="Arial" w:cs="Arial"/>
                  <w:sz w:val="21"/>
                  <w:szCs w:val="21"/>
                </w:rPr>
                <w:t>jaguars@northcreekptsa.com</w:t>
              </w:r>
            </w:hyperlink>
          </w:p>
        </w:tc>
      </w:tr>
      <w:tr w:rsidR="00674DA5" w14:paraId="01508B2F" w14:textId="77777777" w:rsidTr="00674DA5">
        <w:trPr>
          <w:trHeight w:val="453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9B0D3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Nominating Committee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0A16A4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39B927"/>
                <w:sz w:val="21"/>
                <w:szCs w:val="21"/>
              </w:rPr>
              <w:t>OPEN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777858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nomcom@northcreekptsa.com</w:t>
            </w:r>
          </w:p>
        </w:tc>
      </w:tr>
      <w:tr w:rsidR="00674DA5" w14:paraId="5D9DDC67" w14:textId="77777777" w:rsidTr="00674DA5">
        <w:trPr>
          <w:trHeight w:val="490"/>
          <w:jc w:val="center"/>
        </w:trPr>
        <w:tc>
          <w:tcPr>
            <w:tcW w:w="3527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9F83AEE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28166F"/>
                <w:sz w:val="21"/>
                <w:szCs w:val="21"/>
              </w:rPr>
              <w:t>Reflections</w:t>
            </w:r>
          </w:p>
        </w:tc>
        <w:tc>
          <w:tcPr>
            <w:tcW w:w="2880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2F9806D" w14:textId="7F7A4DC2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Christina Swanson-Perrin</w:t>
            </w: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</w:t>
            </w:r>
          </w:p>
        </w:tc>
        <w:tc>
          <w:tcPr>
            <w:tcW w:w="4824" w:type="dxa"/>
            <w:tcBorders>
              <w:top w:val="single" w:sz="5" w:space="0" w:color="D9D9DD"/>
              <w:left w:val="single" w:sz="5" w:space="0" w:color="D9D9DD"/>
              <w:bottom w:val="single" w:sz="5" w:space="0" w:color="D9D9DD"/>
              <w:right w:val="single" w:sz="5" w:space="0" w:color="D9D9DD"/>
            </w:tcBorders>
            <w:shd w:val="clear" w:color="auto" w:fill="F7F7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C08AEA" w14:textId="77777777" w:rsidR="00674DA5" w:rsidRDefault="00674DA5" w:rsidP="00674DA5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30256F"/>
                <w:sz w:val="21"/>
                <w:szCs w:val="21"/>
              </w:rPr>
              <w:t>reflections@northcreekptsa.com</w:t>
            </w:r>
          </w:p>
        </w:tc>
      </w:tr>
    </w:tbl>
    <w:p w14:paraId="0C1D561E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C7D6DFA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52F0E8AF" w14:textId="77777777" w:rsidR="00C33D49" w:rsidRDefault="00C33D49">
      <w:pPr>
        <w:spacing w:after="20" w:line="168" w:lineRule="auto"/>
        <w:rPr>
          <w:sz w:val="32"/>
          <w:szCs w:val="32"/>
        </w:rPr>
      </w:pPr>
    </w:p>
    <w:p w14:paraId="7F1B6BBE" w14:textId="77777777" w:rsidR="00C33D49" w:rsidRDefault="00C33D49">
      <w:pPr>
        <w:spacing w:after="20" w:line="168" w:lineRule="auto"/>
        <w:rPr>
          <w:sz w:val="32"/>
          <w:szCs w:val="32"/>
        </w:rPr>
      </w:pPr>
    </w:p>
    <w:sectPr w:rsidR="00C33D49">
      <w:pgSz w:w="12240" w:h="15840"/>
      <w:pgMar w:top="403" w:right="504" w:bottom="403" w:left="50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CF541A2-F058-CB47-B59D-60A01BCCBE4E}"/>
    <w:embedBold r:id="rId2" w:fontKey="{B0BA3A7C-55A7-3C4F-8991-FD4C24046661}"/>
    <w:embedItalic r:id="rId3" w:fontKey="{16296D42-3F13-214B-A38C-CEA09ABE821D}"/>
    <w:embedBoldItalic r:id="rId4" w:fontKey="{2010A397-E7FE-2748-BBF9-2ACBDBB6F8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2EF6D538-4319-D841-93ED-7CB0D529BA9B}"/>
    <w:embedBold r:id="rId6" w:fontKey="{9E44E7C9-F099-894E-8356-9266AF9CBE80}"/>
    <w:embedItalic r:id="rId7" w:fontKey="{4844D9EE-2932-184A-8068-27C7C42B9597}"/>
    <w:embedBoldItalic r:id="rId8" w:fontKey="{3976B99D-C828-504D-853D-D757E276D0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38905EE9-AAC1-D341-9E17-F5A3922CD6D9}"/>
    <w:embedBold r:id="rId10" w:fontKey="{2BD4E80C-8AB8-D146-8FEE-59EF44F177A0}"/>
    <w:embedItalic r:id="rId11" w:fontKey="{0535986F-5105-5242-9F6C-0C9D6EB6C591}"/>
    <w:embedBoldItalic r:id="rId12" w:fontKey="{AB586DF7-AB26-5B44-BDAD-42485A54EDC6}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  <w:embedRegular r:id="rId13" w:fontKey="{265D2AAC-2840-014C-BF22-D58DF3E682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6120A570-34CC-0C42-B607-F6C4BB9AC424}"/>
    <w:embedBold r:id="rId15" w:fontKey="{75940284-46ED-624D-96F1-8A11BE1D47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F045A2"/>
    <w:multiLevelType w:val="multilevel"/>
    <w:tmpl w:val="5B62182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4477867">
    <w:abstractNumId w:val="0"/>
  </w:num>
  <w:num w:numId="2" w16cid:durableId="1382249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7489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398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5124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2137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D49"/>
    <w:rsid w:val="00066692"/>
    <w:rsid w:val="000B57EE"/>
    <w:rsid w:val="002A2786"/>
    <w:rsid w:val="003029E2"/>
    <w:rsid w:val="005455D5"/>
    <w:rsid w:val="00674DA5"/>
    <w:rsid w:val="0070013D"/>
    <w:rsid w:val="00A74BF5"/>
    <w:rsid w:val="00C33D49"/>
    <w:rsid w:val="00DB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A9044"/>
  <w15:docId w15:val="{D8ABC496-6A8C-BE4F-B342-42F8786A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converted-space">
    <w:name w:val="apple-converted-space"/>
    <w:basedOn w:val="DefaultParagraphFont"/>
    <w:rsid w:val="00DB5285"/>
  </w:style>
  <w:style w:type="character" w:styleId="Hyperlink">
    <w:name w:val="Hyperlink"/>
    <w:basedOn w:val="DefaultParagraphFont"/>
    <w:uiPriority w:val="99"/>
    <w:unhideWhenUsed/>
    <w:rsid w:val="000B57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guars@northcreekptsa.com" TargetMode="External"/><Relationship Id="rId3" Type="http://schemas.openxmlformats.org/officeDocument/2006/relationships/styles" Target="styles.xml"/><Relationship Id="rId7" Type="http://schemas.openxmlformats.org/officeDocument/2006/relationships/hyperlink" Target="jaguars@northcreekpts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guars@northcreekptsa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fhqU+uXbbbwOSr9isUIcCv+0ng==">CgMxLjA4AHIhMU1Va2stemlCSkh5cUpMRHdVZVZYamJQTzNEY2puMkw1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Christina Swanson</cp:lastModifiedBy>
  <cp:revision>4</cp:revision>
  <dcterms:created xsi:type="dcterms:W3CDTF">2026-10-14T19:53:00Z</dcterms:created>
  <dcterms:modified xsi:type="dcterms:W3CDTF">2026-10-14T20:27:00Z</dcterms:modified>
</cp:coreProperties>
</file>